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F5453" w14:textId="77777777" w:rsidR="00F24A3A" w:rsidRDefault="00000000" w:rsidP="00F24A3A">
      <w:pPr>
        <w:spacing w:after="0"/>
        <w:jc w:val="center"/>
        <w:rPr>
          <w:b/>
          <w:sz w:val="24"/>
          <w:u w:val="single"/>
        </w:rPr>
      </w:pPr>
      <w:r>
        <w:rPr>
          <w:b/>
          <w:sz w:val="28"/>
        </w:rPr>
        <w:t>JINNAH COLLEGE FOR WOMEN</w:t>
      </w:r>
      <w:r w:rsidR="00406C7B">
        <w:rPr>
          <w:b/>
          <w:sz w:val="28"/>
        </w:rPr>
        <w:t xml:space="preserve">, </w:t>
      </w:r>
      <w:r>
        <w:rPr>
          <w:b/>
          <w:sz w:val="28"/>
        </w:rPr>
        <w:t>UNIVERSITY OF PESHAWAR</w:t>
      </w:r>
      <w:r>
        <w:rPr>
          <w:b/>
          <w:sz w:val="28"/>
        </w:rPr>
        <w:br/>
      </w:r>
      <w:r>
        <w:rPr>
          <w:b/>
          <w:sz w:val="24"/>
          <w:u w:val="single"/>
        </w:rPr>
        <w:t>Affidavit / Undertaking</w:t>
      </w:r>
    </w:p>
    <w:p w14:paraId="3A5FCD6B" w14:textId="5965CC66" w:rsidR="00406C7B" w:rsidRDefault="00000000" w:rsidP="00F24A3A">
      <w:pPr>
        <w:pStyle w:val="NoSpacing"/>
        <w:ind w:firstLine="720"/>
        <w:rPr>
          <w:sz w:val="20"/>
          <w:szCs w:val="20"/>
        </w:rPr>
      </w:pPr>
      <w:r>
        <w:rPr>
          <w:b/>
          <w:sz w:val="24"/>
          <w:u w:val="single"/>
        </w:rPr>
        <w:br/>
      </w:r>
      <w:r w:rsidRPr="00F24A3A">
        <w:rPr>
          <w:sz w:val="20"/>
          <w:szCs w:val="20"/>
        </w:rPr>
        <w:t>Undertaking by the candidate and her father / guardian at the time of admission to 1</w:t>
      </w:r>
      <w:r w:rsidRPr="00F24A3A">
        <w:rPr>
          <w:sz w:val="20"/>
          <w:szCs w:val="20"/>
          <w:vertAlign w:val="superscript"/>
        </w:rPr>
        <w:t>st</w:t>
      </w:r>
      <w:r w:rsidR="00406C7B" w:rsidRPr="00F24A3A">
        <w:rPr>
          <w:sz w:val="20"/>
          <w:szCs w:val="20"/>
        </w:rPr>
        <w:t xml:space="preserve"> </w:t>
      </w:r>
      <w:r w:rsidRPr="00F24A3A">
        <w:rPr>
          <w:sz w:val="20"/>
          <w:szCs w:val="20"/>
        </w:rPr>
        <w:t xml:space="preserve">year </w:t>
      </w:r>
      <w:proofErr w:type="gramStart"/>
      <w:r w:rsidRPr="00F24A3A">
        <w:rPr>
          <w:sz w:val="20"/>
          <w:szCs w:val="20"/>
        </w:rPr>
        <w:t>F.Sc</w:t>
      </w:r>
      <w:proofErr w:type="gramEnd"/>
      <w:r w:rsidRPr="00F24A3A">
        <w:rPr>
          <w:sz w:val="20"/>
          <w:szCs w:val="20"/>
        </w:rPr>
        <w:t>/</w:t>
      </w:r>
      <w:proofErr w:type="spellStart"/>
      <w:proofErr w:type="gramStart"/>
      <w:r w:rsidRPr="00F24A3A">
        <w:rPr>
          <w:sz w:val="20"/>
          <w:szCs w:val="20"/>
        </w:rPr>
        <w:t>F.A</w:t>
      </w:r>
      <w:proofErr w:type="spellEnd"/>
      <w:proofErr w:type="gramEnd"/>
      <w:r w:rsidRPr="00F24A3A">
        <w:rPr>
          <w:sz w:val="20"/>
          <w:szCs w:val="20"/>
        </w:rPr>
        <w:t>/FCS/Pre-Engineering classes in Jinnah College for Women, University of Peshawar.</w:t>
      </w:r>
    </w:p>
    <w:p w14:paraId="228D4E3F" w14:textId="77777777" w:rsidR="00F24A3A" w:rsidRPr="00F24A3A" w:rsidRDefault="00F24A3A" w:rsidP="00F24A3A">
      <w:pPr>
        <w:pStyle w:val="NoSpacing"/>
        <w:ind w:firstLine="720"/>
        <w:rPr>
          <w:sz w:val="20"/>
          <w:szCs w:val="20"/>
        </w:rPr>
      </w:pPr>
    </w:p>
    <w:p w14:paraId="6B086C6D" w14:textId="02A1CFD8" w:rsidR="00F24A3A" w:rsidRDefault="00000000" w:rsidP="00F24A3A">
      <w:pPr>
        <w:pStyle w:val="NoSpacing"/>
        <w:numPr>
          <w:ilvl w:val="0"/>
          <w:numId w:val="11"/>
        </w:numPr>
        <w:ind w:hanging="270"/>
        <w:rPr>
          <w:b/>
          <w:sz w:val="20"/>
          <w:szCs w:val="20"/>
        </w:rPr>
      </w:pPr>
      <w:r w:rsidRPr="00F24A3A">
        <w:rPr>
          <w:b/>
          <w:sz w:val="20"/>
          <w:szCs w:val="20"/>
        </w:rPr>
        <w:t>On admission to the privilege of being a student:</w:t>
      </w:r>
    </w:p>
    <w:p w14:paraId="189FC24D" w14:textId="7C41D7DE" w:rsidR="00655BF6" w:rsidRPr="00F24A3A" w:rsidRDefault="00000000" w:rsidP="00F24A3A">
      <w:pPr>
        <w:pStyle w:val="NoSpacing"/>
        <w:rPr>
          <w:sz w:val="20"/>
          <w:szCs w:val="20"/>
        </w:rPr>
      </w:pPr>
      <w:r w:rsidRPr="00F24A3A">
        <w:rPr>
          <w:b/>
          <w:sz w:val="20"/>
          <w:szCs w:val="20"/>
        </w:rPr>
        <w:br/>
      </w:r>
      <w:r w:rsidRPr="00F24A3A">
        <w:rPr>
          <w:sz w:val="20"/>
          <w:szCs w:val="20"/>
        </w:rPr>
        <w:t>I Miss __________________________________</w:t>
      </w:r>
      <w:r w:rsidR="00406C7B" w:rsidRPr="00F24A3A">
        <w:rPr>
          <w:sz w:val="20"/>
          <w:szCs w:val="20"/>
        </w:rPr>
        <w:t>______________</w:t>
      </w:r>
      <w:r w:rsidRPr="00F24A3A">
        <w:rPr>
          <w:sz w:val="20"/>
          <w:szCs w:val="20"/>
        </w:rPr>
        <w:t>____</w:t>
      </w:r>
      <w:r w:rsidR="00F24A3A">
        <w:rPr>
          <w:sz w:val="20"/>
          <w:szCs w:val="20"/>
        </w:rPr>
        <w:t>___</w:t>
      </w:r>
      <w:r w:rsidRPr="00F24A3A">
        <w:rPr>
          <w:sz w:val="20"/>
          <w:szCs w:val="20"/>
        </w:rPr>
        <w:t>_ Daughter of Mr. _</w:t>
      </w:r>
      <w:r w:rsidR="00F24A3A">
        <w:rPr>
          <w:sz w:val="20"/>
          <w:szCs w:val="20"/>
        </w:rPr>
        <w:t>_________</w:t>
      </w:r>
      <w:r w:rsidRPr="00F24A3A">
        <w:rPr>
          <w:sz w:val="20"/>
          <w:szCs w:val="20"/>
        </w:rPr>
        <w:t>_____________________________________</w:t>
      </w:r>
      <w:r w:rsidR="00F24A3A">
        <w:rPr>
          <w:sz w:val="20"/>
          <w:szCs w:val="20"/>
        </w:rPr>
        <w:t>_______</w:t>
      </w:r>
      <w:r w:rsidRPr="00F24A3A">
        <w:rPr>
          <w:sz w:val="20"/>
          <w:szCs w:val="20"/>
        </w:rPr>
        <w:t>_ do solemnly undertake to abide by the following code of conduct.</w:t>
      </w:r>
    </w:p>
    <w:p w14:paraId="43EDBD85" w14:textId="0D8A5736" w:rsidR="00655BF6" w:rsidRPr="00F24A3A" w:rsidRDefault="00000000" w:rsidP="00F24A3A">
      <w:pPr>
        <w:pStyle w:val="NoSpacing"/>
        <w:numPr>
          <w:ilvl w:val="1"/>
          <w:numId w:val="11"/>
        </w:numPr>
        <w:ind w:left="720"/>
        <w:rPr>
          <w:sz w:val="20"/>
          <w:szCs w:val="20"/>
        </w:rPr>
      </w:pPr>
      <w:r w:rsidRPr="00F24A3A">
        <w:rPr>
          <w:sz w:val="20"/>
          <w:szCs w:val="20"/>
        </w:rPr>
        <w:t>That I accept all statutes, rules and regulations already enforced in the college.</w:t>
      </w:r>
    </w:p>
    <w:p w14:paraId="128C5DFA" w14:textId="1FCF8EA4" w:rsidR="00655BF6" w:rsidRPr="00F24A3A" w:rsidRDefault="00000000" w:rsidP="005B58CC">
      <w:pPr>
        <w:pStyle w:val="NoSpacing"/>
        <w:numPr>
          <w:ilvl w:val="1"/>
          <w:numId w:val="11"/>
        </w:numPr>
        <w:ind w:left="720"/>
        <w:jc w:val="both"/>
        <w:rPr>
          <w:sz w:val="20"/>
          <w:szCs w:val="20"/>
        </w:rPr>
      </w:pPr>
      <w:r w:rsidRPr="00F24A3A">
        <w:rPr>
          <w:sz w:val="20"/>
          <w:szCs w:val="20"/>
        </w:rPr>
        <w:t>That the information furnished in, and documents attached with the application form are correct, and I fully understand that at any time during course of study, if it is found that any information is incorrect or any document produced at the time of admission, false, which would have rendered me ineligible under the rules, my name shall immediately be struck off from the roll.</w:t>
      </w:r>
    </w:p>
    <w:p w14:paraId="2DFDFE50" w14:textId="789FE60B" w:rsidR="00655BF6" w:rsidRPr="00F24A3A" w:rsidRDefault="00000000" w:rsidP="005B58CC">
      <w:pPr>
        <w:pStyle w:val="NoSpacing"/>
        <w:numPr>
          <w:ilvl w:val="1"/>
          <w:numId w:val="11"/>
        </w:numPr>
        <w:ind w:left="720"/>
        <w:jc w:val="both"/>
        <w:rPr>
          <w:sz w:val="20"/>
          <w:szCs w:val="20"/>
        </w:rPr>
      </w:pPr>
      <w:r w:rsidRPr="00F24A3A">
        <w:rPr>
          <w:sz w:val="20"/>
          <w:szCs w:val="20"/>
        </w:rPr>
        <w:t xml:space="preserve">75% attendance is mandatory for eligibility to sit </w:t>
      </w:r>
      <w:proofErr w:type="gramStart"/>
      <w:r w:rsidRPr="00F24A3A">
        <w:rPr>
          <w:sz w:val="20"/>
          <w:szCs w:val="20"/>
        </w:rPr>
        <w:t>in</w:t>
      </w:r>
      <w:proofErr w:type="gramEnd"/>
      <w:r w:rsidRPr="00F24A3A">
        <w:rPr>
          <w:sz w:val="20"/>
          <w:szCs w:val="20"/>
        </w:rPr>
        <w:t xml:space="preserve"> the Board Exam.</w:t>
      </w:r>
    </w:p>
    <w:p w14:paraId="04120946" w14:textId="2949243E" w:rsidR="00655BF6" w:rsidRPr="00F24A3A" w:rsidRDefault="00000000" w:rsidP="005B58CC">
      <w:pPr>
        <w:pStyle w:val="NoSpacing"/>
        <w:numPr>
          <w:ilvl w:val="1"/>
          <w:numId w:val="11"/>
        </w:numPr>
        <w:ind w:left="720"/>
        <w:jc w:val="both"/>
        <w:rPr>
          <w:sz w:val="20"/>
          <w:szCs w:val="20"/>
        </w:rPr>
      </w:pPr>
      <w:r w:rsidRPr="00F24A3A">
        <w:rPr>
          <w:sz w:val="20"/>
          <w:szCs w:val="20"/>
        </w:rPr>
        <w:t>Shortage of attendance will lead to detention of a student.</w:t>
      </w:r>
    </w:p>
    <w:p w14:paraId="42FA7D79" w14:textId="760015E4" w:rsidR="00655BF6" w:rsidRPr="00F24A3A" w:rsidRDefault="00000000" w:rsidP="005B58CC">
      <w:pPr>
        <w:pStyle w:val="NoSpacing"/>
        <w:numPr>
          <w:ilvl w:val="1"/>
          <w:numId w:val="11"/>
        </w:numPr>
        <w:ind w:left="720"/>
        <w:jc w:val="both"/>
        <w:rPr>
          <w:sz w:val="20"/>
          <w:szCs w:val="20"/>
        </w:rPr>
      </w:pPr>
      <w:r w:rsidRPr="00F24A3A">
        <w:rPr>
          <w:sz w:val="20"/>
          <w:szCs w:val="20"/>
        </w:rPr>
        <w:t>Students are not allowed to change their shift / Section.</w:t>
      </w:r>
    </w:p>
    <w:p w14:paraId="1EAC69E5" w14:textId="7C54D4F2" w:rsidR="00655BF6" w:rsidRPr="00F24A3A" w:rsidRDefault="00000000" w:rsidP="005B58CC">
      <w:pPr>
        <w:pStyle w:val="NoSpacing"/>
        <w:numPr>
          <w:ilvl w:val="1"/>
          <w:numId w:val="11"/>
        </w:numPr>
        <w:ind w:left="720"/>
        <w:jc w:val="both"/>
        <w:rPr>
          <w:sz w:val="20"/>
          <w:szCs w:val="20"/>
        </w:rPr>
      </w:pPr>
      <w:r w:rsidRPr="00F24A3A">
        <w:rPr>
          <w:sz w:val="20"/>
          <w:szCs w:val="20"/>
        </w:rPr>
        <w:t>Students are not allowed to celebrate parties during academic hours.</w:t>
      </w:r>
    </w:p>
    <w:p w14:paraId="57672EFC" w14:textId="5D7A3156" w:rsidR="00655BF6" w:rsidRPr="00F24A3A" w:rsidRDefault="00000000" w:rsidP="005B58CC">
      <w:pPr>
        <w:pStyle w:val="NoSpacing"/>
        <w:numPr>
          <w:ilvl w:val="1"/>
          <w:numId w:val="11"/>
        </w:numPr>
        <w:ind w:left="720"/>
        <w:jc w:val="both"/>
        <w:rPr>
          <w:sz w:val="20"/>
          <w:szCs w:val="20"/>
        </w:rPr>
      </w:pPr>
      <w:r w:rsidRPr="00F24A3A">
        <w:rPr>
          <w:sz w:val="20"/>
          <w:szCs w:val="20"/>
        </w:rPr>
        <w:t>Students are not allowed to leave the college premises during academic hours.</w:t>
      </w:r>
    </w:p>
    <w:p w14:paraId="2C826D9D" w14:textId="0BE11525" w:rsidR="00655BF6" w:rsidRPr="00F24A3A" w:rsidRDefault="0098483F" w:rsidP="005B58CC">
      <w:pPr>
        <w:pStyle w:val="NoSpacing"/>
        <w:numPr>
          <w:ilvl w:val="1"/>
          <w:numId w:val="11"/>
        </w:numPr>
        <w:ind w:left="720"/>
        <w:jc w:val="both"/>
        <w:rPr>
          <w:sz w:val="20"/>
          <w:szCs w:val="20"/>
        </w:rPr>
      </w:pPr>
      <w:r w:rsidRPr="00F24A3A">
        <w:rPr>
          <w:sz w:val="20"/>
          <w:szCs w:val="20"/>
        </w:rPr>
        <w:t>Students</w:t>
      </w:r>
      <w:r w:rsidR="00000000" w:rsidRPr="00F24A3A">
        <w:rPr>
          <w:sz w:val="20"/>
          <w:szCs w:val="20"/>
        </w:rPr>
        <w:t xml:space="preserve"> who </w:t>
      </w:r>
      <w:r w:rsidR="005B58CC" w:rsidRPr="00F24A3A">
        <w:rPr>
          <w:sz w:val="20"/>
          <w:szCs w:val="20"/>
        </w:rPr>
        <w:t>fail</w:t>
      </w:r>
      <w:r w:rsidR="00000000" w:rsidRPr="00F24A3A">
        <w:rPr>
          <w:sz w:val="20"/>
          <w:szCs w:val="20"/>
        </w:rPr>
        <w:t xml:space="preserve"> in one subject or more than one subject or </w:t>
      </w:r>
      <w:proofErr w:type="gramStart"/>
      <w:r w:rsidR="00000000" w:rsidRPr="00F24A3A">
        <w:rPr>
          <w:sz w:val="20"/>
          <w:szCs w:val="20"/>
        </w:rPr>
        <w:t>has</w:t>
      </w:r>
      <w:proofErr w:type="gramEnd"/>
      <w:r>
        <w:rPr>
          <w:sz w:val="20"/>
          <w:szCs w:val="20"/>
        </w:rPr>
        <w:t xml:space="preserve"> </w:t>
      </w:r>
      <w:r w:rsidRPr="00F24A3A">
        <w:rPr>
          <w:sz w:val="20"/>
          <w:szCs w:val="20"/>
        </w:rPr>
        <w:t xml:space="preserve">less than 40% </w:t>
      </w:r>
      <w:r w:rsidR="00000000" w:rsidRPr="00F24A3A">
        <w:rPr>
          <w:sz w:val="20"/>
          <w:szCs w:val="20"/>
        </w:rPr>
        <w:t>aggregate will be detained.</w:t>
      </w:r>
    </w:p>
    <w:p w14:paraId="22B3E160" w14:textId="0F8F7581" w:rsidR="00655BF6" w:rsidRPr="00F24A3A" w:rsidRDefault="005B58CC" w:rsidP="005B58CC">
      <w:pPr>
        <w:pStyle w:val="NoSpacing"/>
        <w:numPr>
          <w:ilvl w:val="1"/>
          <w:numId w:val="11"/>
        </w:numPr>
        <w:ind w:left="720"/>
        <w:jc w:val="both"/>
        <w:rPr>
          <w:sz w:val="20"/>
          <w:szCs w:val="20"/>
        </w:rPr>
      </w:pPr>
      <w:r>
        <w:rPr>
          <w:sz w:val="20"/>
          <w:szCs w:val="20"/>
        </w:rPr>
        <w:t xml:space="preserve">Students </w:t>
      </w:r>
      <w:r w:rsidR="00000000" w:rsidRPr="00F24A3A">
        <w:rPr>
          <w:sz w:val="20"/>
          <w:szCs w:val="20"/>
        </w:rPr>
        <w:t xml:space="preserve">who do not appear in detention exam will be detained and not allowed to sit </w:t>
      </w:r>
      <w:proofErr w:type="gramStart"/>
      <w:r w:rsidR="00000000" w:rsidRPr="00F24A3A">
        <w:rPr>
          <w:sz w:val="20"/>
          <w:szCs w:val="20"/>
        </w:rPr>
        <w:t>in</w:t>
      </w:r>
      <w:proofErr w:type="gramEnd"/>
      <w:r w:rsidR="00000000" w:rsidRPr="00F24A3A">
        <w:rPr>
          <w:sz w:val="20"/>
          <w:szCs w:val="20"/>
        </w:rPr>
        <w:t xml:space="preserve"> annual exam.</w:t>
      </w:r>
    </w:p>
    <w:p w14:paraId="69D9E256" w14:textId="0E494070" w:rsidR="00655BF6" w:rsidRPr="00F24A3A" w:rsidRDefault="00000000" w:rsidP="005B58CC">
      <w:pPr>
        <w:pStyle w:val="NoSpacing"/>
        <w:numPr>
          <w:ilvl w:val="1"/>
          <w:numId w:val="11"/>
        </w:numPr>
        <w:ind w:left="720"/>
        <w:jc w:val="both"/>
        <w:rPr>
          <w:sz w:val="20"/>
          <w:szCs w:val="20"/>
        </w:rPr>
      </w:pPr>
      <w:r w:rsidRPr="00F24A3A">
        <w:rPr>
          <w:sz w:val="20"/>
          <w:szCs w:val="20"/>
        </w:rPr>
        <w:t>That during my stay in the College, I shall diligently apply myself to acquire and develop the skills necessary for the practice and advancement of the field of study in which I am enrolled.</w:t>
      </w:r>
    </w:p>
    <w:p w14:paraId="66CCDB80" w14:textId="2B39D14B" w:rsidR="00655BF6" w:rsidRPr="00F24A3A" w:rsidRDefault="00000000" w:rsidP="005B58CC">
      <w:pPr>
        <w:pStyle w:val="NoSpacing"/>
        <w:numPr>
          <w:ilvl w:val="1"/>
          <w:numId w:val="11"/>
        </w:numPr>
        <w:ind w:left="720"/>
        <w:jc w:val="both"/>
        <w:rPr>
          <w:sz w:val="20"/>
          <w:szCs w:val="20"/>
        </w:rPr>
      </w:pPr>
      <w:r w:rsidRPr="00F24A3A">
        <w:rPr>
          <w:sz w:val="20"/>
          <w:szCs w:val="20"/>
        </w:rPr>
        <w:t xml:space="preserve">I shall participate fully and </w:t>
      </w:r>
      <w:proofErr w:type="gramStart"/>
      <w:r w:rsidRPr="00F24A3A">
        <w:rPr>
          <w:sz w:val="20"/>
          <w:szCs w:val="20"/>
        </w:rPr>
        <w:t>whole heartedly</w:t>
      </w:r>
      <w:proofErr w:type="gramEnd"/>
      <w:r w:rsidRPr="00F24A3A">
        <w:rPr>
          <w:sz w:val="20"/>
          <w:szCs w:val="20"/>
        </w:rPr>
        <w:t xml:space="preserve"> in sports, games, co-curricular activities as would be compatible with my traits and aptitudes.</w:t>
      </w:r>
    </w:p>
    <w:p w14:paraId="5C0DAAAB" w14:textId="641F0475" w:rsidR="00655BF6" w:rsidRPr="00F24A3A" w:rsidRDefault="00000000" w:rsidP="005B58CC">
      <w:pPr>
        <w:pStyle w:val="NoSpacing"/>
        <w:numPr>
          <w:ilvl w:val="1"/>
          <w:numId w:val="11"/>
        </w:numPr>
        <w:ind w:left="720"/>
        <w:jc w:val="both"/>
        <w:rPr>
          <w:sz w:val="20"/>
          <w:szCs w:val="20"/>
        </w:rPr>
      </w:pPr>
      <w:r w:rsidRPr="00F24A3A">
        <w:rPr>
          <w:sz w:val="20"/>
          <w:szCs w:val="20"/>
        </w:rPr>
        <w:t>That in my disputes, if any, with fellow students or teachers or employees of the college, I shall accept the judgment of the authorities constituted by the college and the decision for settlement of the wrong done.</w:t>
      </w:r>
    </w:p>
    <w:p w14:paraId="135954EA" w14:textId="1F9B8F1F" w:rsidR="00655BF6" w:rsidRPr="00F24A3A" w:rsidRDefault="00000000" w:rsidP="005B58CC">
      <w:pPr>
        <w:pStyle w:val="NoSpacing"/>
        <w:numPr>
          <w:ilvl w:val="1"/>
          <w:numId w:val="11"/>
        </w:numPr>
        <w:ind w:left="720"/>
        <w:jc w:val="both"/>
        <w:rPr>
          <w:sz w:val="20"/>
          <w:szCs w:val="20"/>
        </w:rPr>
      </w:pPr>
      <w:r w:rsidRPr="00F24A3A">
        <w:rPr>
          <w:sz w:val="20"/>
          <w:szCs w:val="20"/>
        </w:rPr>
        <w:t xml:space="preserve">I will not keep </w:t>
      </w:r>
      <w:r w:rsidR="005B58CC" w:rsidRPr="00F24A3A">
        <w:rPr>
          <w:sz w:val="20"/>
          <w:szCs w:val="20"/>
        </w:rPr>
        <w:t>Cellphones</w:t>
      </w:r>
      <w:r w:rsidRPr="00F24A3A">
        <w:rPr>
          <w:sz w:val="20"/>
          <w:szCs w:val="20"/>
        </w:rPr>
        <w:t>, Camera, I-Pod, MP3, MP4, etc. If found</w:t>
      </w:r>
      <w:r w:rsidR="005B58CC">
        <w:rPr>
          <w:sz w:val="20"/>
          <w:szCs w:val="20"/>
        </w:rPr>
        <w:t xml:space="preserve">, </w:t>
      </w:r>
      <w:r w:rsidRPr="00F24A3A">
        <w:rPr>
          <w:sz w:val="20"/>
          <w:szCs w:val="20"/>
        </w:rPr>
        <w:t xml:space="preserve">will be confiscated </w:t>
      </w:r>
      <w:r w:rsidR="005B58CC">
        <w:rPr>
          <w:sz w:val="20"/>
          <w:szCs w:val="20"/>
        </w:rPr>
        <w:t>permanently</w:t>
      </w:r>
      <w:r w:rsidRPr="00F24A3A">
        <w:rPr>
          <w:sz w:val="20"/>
          <w:szCs w:val="20"/>
        </w:rPr>
        <w:t>.</w:t>
      </w:r>
    </w:p>
    <w:p w14:paraId="651B52F9" w14:textId="79FD1199" w:rsidR="00655BF6" w:rsidRPr="00F24A3A" w:rsidRDefault="00000000" w:rsidP="005B58CC">
      <w:pPr>
        <w:pStyle w:val="NoSpacing"/>
        <w:numPr>
          <w:ilvl w:val="1"/>
          <w:numId w:val="11"/>
        </w:numPr>
        <w:ind w:left="720"/>
        <w:jc w:val="both"/>
        <w:rPr>
          <w:sz w:val="20"/>
          <w:szCs w:val="20"/>
        </w:rPr>
      </w:pPr>
      <w:r w:rsidRPr="00F24A3A">
        <w:rPr>
          <w:sz w:val="20"/>
          <w:szCs w:val="20"/>
        </w:rPr>
        <w:t xml:space="preserve">Students are not allowed to see visitors or bring them to the college during academic hours and particularly as their </w:t>
      </w:r>
      <w:proofErr w:type="gramStart"/>
      <w:r w:rsidRPr="00F24A3A">
        <w:rPr>
          <w:sz w:val="20"/>
          <w:szCs w:val="20"/>
        </w:rPr>
        <w:t>guest</w:t>
      </w:r>
      <w:proofErr w:type="gramEnd"/>
      <w:r w:rsidRPr="00F24A3A">
        <w:rPr>
          <w:sz w:val="20"/>
          <w:szCs w:val="20"/>
        </w:rPr>
        <w:t xml:space="preserve"> </w:t>
      </w:r>
      <w:proofErr w:type="gramStart"/>
      <w:r w:rsidRPr="00F24A3A">
        <w:rPr>
          <w:sz w:val="20"/>
          <w:szCs w:val="20"/>
        </w:rPr>
        <w:t>in</w:t>
      </w:r>
      <w:proofErr w:type="gramEnd"/>
      <w:r w:rsidRPr="00F24A3A">
        <w:rPr>
          <w:sz w:val="20"/>
          <w:szCs w:val="20"/>
        </w:rPr>
        <w:t xml:space="preserve"> parties or other co-curricular activities.</w:t>
      </w:r>
    </w:p>
    <w:p w14:paraId="644AFC9C" w14:textId="7C99110A" w:rsidR="00655BF6" w:rsidRPr="00F24A3A" w:rsidRDefault="00000000" w:rsidP="005B58CC">
      <w:pPr>
        <w:pStyle w:val="NoSpacing"/>
        <w:numPr>
          <w:ilvl w:val="1"/>
          <w:numId w:val="11"/>
        </w:numPr>
        <w:ind w:left="720"/>
        <w:jc w:val="both"/>
        <w:rPr>
          <w:sz w:val="20"/>
          <w:szCs w:val="20"/>
        </w:rPr>
      </w:pPr>
      <w:r w:rsidRPr="00F24A3A">
        <w:rPr>
          <w:sz w:val="20"/>
          <w:szCs w:val="20"/>
        </w:rPr>
        <w:t>Impersonation, lending of the College uniform or misleading the College administration is punishable.</w:t>
      </w:r>
    </w:p>
    <w:p w14:paraId="2BC9EAED" w14:textId="172FB395" w:rsidR="00655BF6" w:rsidRPr="00F24A3A" w:rsidRDefault="00000000" w:rsidP="005B58CC">
      <w:pPr>
        <w:pStyle w:val="NoSpacing"/>
        <w:numPr>
          <w:ilvl w:val="1"/>
          <w:numId w:val="11"/>
        </w:numPr>
        <w:ind w:left="720"/>
        <w:jc w:val="both"/>
        <w:rPr>
          <w:sz w:val="20"/>
          <w:szCs w:val="20"/>
        </w:rPr>
      </w:pPr>
      <w:r w:rsidRPr="00F24A3A">
        <w:rPr>
          <w:sz w:val="20"/>
          <w:szCs w:val="20"/>
        </w:rPr>
        <w:t>Students are not allowed to damage college property, if found doing so they are to pay heavily for the damage.</w:t>
      </w:r>
    </w:p>
    <w:p w14:paraId="7C466268" w14:textId="70572591" w:rsidR="00655BF6" w:rsidRDefault="00000000" w:rsidP="005B58CC">
      <w:pPr>
        <w:pStyle w:val="NoSpacing"/>
        <w:numPr>
          <w:ilvl w:val="1"/>
          <w:numId w:val="11"/>
        </w:numPr>
        <w:ind w:left="720"/>
        <w:jc w:val="both"/>
        <w:rPr>
          <w:sz w:val="20"/>
          <w:szCs w:val="20"/>
        </w:rPr>
      </w:pPr>
      <w:proofErr w:type="gramStart"/>
      <w:r w:rsidRPr="00F24A3A">
        <w:rPr>
          <w:sz w:val="20"/>
          <w:szCs w:val="20"/>
        </w:rPr>
        <w:t>In order to</w:t>
      </w:r>
      <w:proofErr w:type="gramEnd"/>
      <w:r w:rsidRPr="00F24A3A">
        <w:rPr>
          <w:sz w:val="20"/>
          <w:szCs w:val="20"/>
        </w:rPr>
        <w:t xml:space="preserve"> provide possible emergency health care to your child, please give brief </w:t>
      </w:r>
      <w:r w:rsidR="00677E7E" w:rsidRPr="00F24A3A">
        <w:rPr>
          <w:sz w:val="20"/>
          <w:szCs w:val="20"/>
        </w:rPr>
        <w:t>details</w:t>
      </w:r>
      <w:r w:rsidRPr="00F24A3A">
        <w:rPr>
          <w:sz w:val="20"/>
          <w:szCs w:val="20"/>
        </w:rPr>
        <w:t xml:space="preserve"> of the medical condition which she may have and the recommended emergency treatment</w:t>
      </w:r>
      <w:r w:rsidR="005B58CC">
        <w:rPr>
          <w:sz w:val="20"/>
          <w:szCs w:val="20"/>
        </w:rPr>
        <w:t>:</w:t>
      </w:r>
      <w:r w:rsidRPr="00F24A3A">
        <w:rPr>
          <w:sz w:val="20"/>
          <w:szCs w:val="20"/>
        </w:rPr>
        <w:t xml:space="preserve"> _________</w:t>
      </w:r>
      <w:r w:rsidR="00535EEA">
        <w:rPr>
          <w:sz w:val="20"/>
          <w:szCs w:val="20"/>
        </w:rPr>
        <w:t>___</w:t>
      </w:r>
      <w:r w:rsidRPr="00F24A3A">
        <w:rPr>
          <w:sz w:val="20"/>
          <w:szCs w:val="20"/>
        </w:rPr>
        <w:t>____________________________</w:t>
      </w:r>
    </w:p>
    <w:p w14:paraId="48E9A801" w14:textId="08AB6355" w:rsidR="005B58CC" w:rsidRPr="00F24A3A" w:rsidRDefault="005B58CC" w:rsidP="005B58CC">
      <w:pPr>
        <w:pStyle w:val="NoSpacing"/>
        <w:ind w:left="720"/>
        <w:jc w:val="both"/>
        <w:rPr>
          <w:sz w:val="20"/>
          <w:szCs w:val="20"/>
        </w:rPr>
      </w:pPr>
      <w:r>
        <w:rPr>
          <w:sz w:val="20"/>
          <w:szCs w:val="20"/>
        </w:rPr>
        <w:t>________________________________________________________________________________________________________________________________</w:t>
      </w:r>
    </w:p>
    <w:p w14:paraId="4A4279F8" w14:textId="77777777" w:rsidR="00677E7E" w:rsidRDefault="00677E7E" w:rsidP="00F24A3A">
      <w:pPr>
        <w:pStyle w:val="NoSpacing"/>
        <w:rPr>
          <w:b/>
          <w:sz w:val="20"/>
          <w:szCs w:val="20"/>
        </w:rPr>
      </w:pPr>
    </w:p>
    <w:p w14:paraId="333A2798" w14:textId="6778F9C9" w:rsidR="00655BF6" w:rsidRPr="00F24A3A" w:rsidRDefault="00000000" w:rsidP="00677E7E">
      <w:pPr>
        <w:pStyle w:val="NoSpacing"/>
        <w:numPr>
          <w:ilvl w:val="0"/>
          <w:numId w:val="11"/>
        </w:numPr>
        <w:ind w:hanging="180"/>
        <w:rPr>
          <w:sz w:val="20"/>
          <w:szCs w:val="20"/>
        </w:rPr>
      </w:pPr>
      <w:r w:rsidRPr="00F24A3A">
        <w:rPr>
          <w:b/>
          <w:sz w:val="20"/>
          <w:szCs w:val="20"/>
        </w:rPr>
        <w:t>Further, I undertake to refrain from</w:t>
      </w:r>
      <w:r w:rsidR="00677E7E">
        <w:rPr>
          <w:b/>
          <w:sz w:val="20"/>
          <w:szCs w:val="20"/>
        </w:rPr>
        <w:t>:</w:t>
      </w:r>
    </w:p>
    <w:p w14:paraId="590DB6C7" w14:textId="760A9AA1" w:rsidR="00655BF6" w:rsidRPr="00F24A3A" w:rsidRDefault="00000000" w:rsidP="00677E7E">
      <w:pPr>
        <w:pStyle w:val="NoSpacing"/>
        <w:numPr>
          <w:ilvl w:val="1"/>
          <w:numId w:val="11"/>
        </w:numPr>
        <w:ind w:left="720"/>
        <w:jc w:val="both"/>
        <w:rPr>
          <w:sz w:val="20"/>
          <w:szCs w:val="20"/>
        </w:rPr>
      </w:pPr>
      <w:r w:rsidRPr="00F24A3A">
        <w:rPr>
          <w:sz w:val="20"/>
          <w:szCs w:val="20"/>
        </w:rPr>
        <w:t xml:space="preserve">Doing </w:t>
      </w:r>
      <w:r w:rsidR="00677E7E" w:rsidRPr="00F24A3A">
        <w:rPr>
          <w:sz w:val="20"/>
          <w:szCs w:val="20"/>
        </w:rPr>
        <w:t>anything</w:t>
      </w:r>
      <w:r w:rsidRPr="00F24A3A">
        <w:rPr>
          <w:sz w:val="20"/>
          <w:szCs w:val="20"/>
        </w:rPr>
        <w:t xml:space="preserve"> that may cause injury or insult to the institution, teachers, officers and staff members.</w:t>
      </w:r>
    </w:p>
    <w:p w14:paraId="7E29D1D9" w14:textId="18FEF29E" w:rsidR="00655BF6" w:rsidRPr="00F24A3A" w:rsidRDefault="00000000" w:rsidP="00677E7E">
      <w:pPr>
        <w:pStyle w:val="NoSpacing"/>
        <w:numPr>
          <w:ilvl w:val="1"/>
          <w:numId w:val="11"/>
        </w:numPr>
        <w:ind w:left="720"/>
        <w:jc w:val="both"/>
        <w:rPr>
          <w:sz w:val="20"/>
          <w:szCs w:val="20"/>
        </w:rPr>
      </w:pPr>
      <w:r w:rsidRPr="00F24A3A">
        <w:rPr>
          <w:sz w:val="20"/>
          <w:szCs w:val="20"/>
        </w:rPr>
        <w:t>Indulging in any kind of unfair means, malpractice in examinations, and coercion by any means.</w:t>
      </w:r>
    </w:p>
    <w:p w14:paraId="25645EB4" w14:textId="07AE5D63" w:rsidR="00655BF6" w:rsidRPr="00F24A3A" w:rsidRDefault="00000000" w:rsidP="00677E7E">
      <w:pPr>
        <w:pStyle w:val="NoSpacing"/>
        <w:numPr>
          <w:ilvl w:val="1"/>
          <w:numId w:val="11"/>
        </w:numPr>
        <w:ind w:left="720"/>
        <w:jc w:val="both"/>
        <w:rPr>
          <w:sz w:val="20"/>
          <w:szCs w:val="20"/>
        </w:rPr>
      </w:pPr>
      <w:r w:rsidRPr="00F24A3A">
        <w:rPr>
          <w:sz w:val="20"/>
          <w:szCs w:val="20"/>
        </w:rPr>
        <w:t>Damaging any University/College property, including building, equipments, vehicles etc.</w:t>
      </w:r>
    </w:p>
    <w:p w14:paraId="1691F663" w14:textId="4741451A" w:rsidR="00655BF6" w:rsidRPr="00F24A3A" w:rsidRDefault="00000000" w:rsidP="00677E7E">
      <w:pPr>
        <w:pStyle w:val="NoSpacing"/>
        <w:numPr>
          <w:ilvl w:val="1"/>
          <w:numId w:val="11"/>
        </w:numPr>
        <w:ind w:left="720"/>
        <w:jc w:val="both"/>
        <w:rPr>
          <w:sz w:val="20"/>
          <w:szCs w:val="20"/>
        </w:rPr>
      </w:pPr>
      <w:r w:rsidRPr="00F24A3A">
        <w:rPr>
          <w:sz w:val="20"/>
          <w:szCs w:val="20"/>
        </w:rPr>
        <w:t>From all such acts and deeds as might bring disgrace and bad name to the University/College.</w:t>
      </w:r>
    </w:p>
    <w:p w14:paraId="2D49B786" w14:textId="77777777" w:rsidR="00535EEA" w:rsidRDefault="00535EEA" w:rsidP="00535EEA">
      <w:pPr>
        <w:pStyle w:val="NoSpacing"/>
        <w:rPr>
          <w:sz w:val="20"/>
          <w:szCs w:val="20"/>
        </w:rPr>
      </w:pPr>
    </w:p>
    <w:p w14:paraId="78A5E304" w14:textId="6D112510" w:rsidR="00655BF6" w:rsidRPr="00F24A3A" w:rsidRDefault="00535EEA" w:rsidP="00535EEA">
      <w:pPr>
        <w:pStyle w:val="NoSpacing"/>
        <w:ind w:left="5760"/>
        <w:rPr>
          <w:sz w:val="20"/>
          <w:szCs w:val="20"/>
        </w:rPr>
      </w:pPr>
      <w:r>
        <w:rPr>
          <w:sz w:val="20"/>
          <w:szCs w:val="20"/>
        </w:rPr>
        <w:t xml:space="preserve">Name &amp; </w:t>
      </w:r>
      <w:proofErr w:type="gramStart"/>
      <w:r w:rsidR="00000000" w:rsidRPr="00F24A3A">
        <w:rPr>
          <w:sz w:val="20"/>
          <w:szCs w:val="20"/>
        </w:rPr>
        <w:t>Signature:</w:t>
      </w:r>
      <w:r w:rsidR="00677E7E">
        <w:rPr>
          <w:sz w:val="20"/>
          <w:szCs w:val="20"/>
        </w:rPr>
        <w:t>_</w:t>
      </w:r>
      <w:proofErr w:type="gramEnd"/>
      <w:r w:rsidR="00677E7E">
        <w:rPr>
          <w:sz w:val="20"/>
          <w:szCs w:val="20"/>
        </w:rPr>
        <w:t>________</w:t>
      </w:r>
      <w:r w:rsidR="00000000" w:rsidRPr="00F24A3A">
        <w:rPr>
          <w:sz w:val="20"/>
          <w:szCs w:val="20"/>
        </w:rPr>
        <w:t>_____________________</w:t>
      </w:r>
      <w:r>
        <w:rPr>
          <w:sz w:val="20"/>
          <w:szCs w:val="20"/>
        </w:rPr>
        <w:t>_______</w:t>
      </w:r>
      <w:r w:rsidR="00000000" w:rsidRPr="00F24A3A">
        <w:rPr>
          <w:sz w:val="20"/>
          <w:szCs w:val="20"/>
        </w:rPr>
        <w:t>_</w:t>
      </w:r>
      <w:r w:rsidR="00000000" w:rsidRPr="00F24A3A">
        <w:rPr>
          <w:sz w:val="20"/>
          <w:szCs w:val="20"/>
        </w:rPr>
        <w:br/>
        <w:t>CNIC</w:t>
      </w:r>
      <w:r w:rsidR="0078732C">
        <w:rPr>
          <w:sz w:val="20"/>
          <w:szCs w:val="20"/>
        </w:rPr>
        <w:t>/FormB</w:t>
      </w:r>
      <w:r w:rsidR="00000000" w:rsidRPr="00F24A3A">
        <w:rPr>
          <w:sz w:val="20"/>
          <w:szCs w:val="20"/>
        </w:rPr>
        <w:t xml:space="preserve"> No: </w:t>
      </w:r>
      <w:r>
        <w:rPr>
          <w:sz w:val="20"/>
          <w:szCs w:val="20"/>
        </w:rPr>
        <w:t xml:space="preserve">   </w:t>
      </w:r>
      <w:r w:rsidR="00677E7E">
        <w:rPr>
          <w:sz w:val="20"/>
          <w:szCs w:val="20"/>
        </w:rPr>
        <w:t>____</w:t>
      </w:r>
      <w:r w:rsidR="00000000" w:rsidRPr="00F24A3A">
        <w:rPr>
          <w:sz w:val="20"/>
          <w:szCs w:val="20"/>
        </w:rPr>
        <w:t>__________________________</w:t>
      </w:r>
      <w:r>
        <w:rPr>
          <w:sz w:val="20"/>
          <w:szCs w:val="20"/>
        </w:rPr>
        <w:t>_______</w:t>
      </w:r>
      <w:r w:rsidR="00000000" w:rsidRPr="00F24A3A">
        <w:rPr>
          <w:sz w:val="20"/>
          <w:szCs w:val="20"/>
        </w:rPr>
        <w:t>_</w:t>
      </w:r>
      <w:r w:rsidR="00000000" w:rsidRPr="00F24A3A">
        <w:rPr>
          <w:sz w:val="20"/>
          <w:szCs w:val="20"/>
        </w:rPr>
        <w:br/>
        <w:t xml:space="preserve">Father's Name: </w:t>
      </w:r>
      <w:r w:rsidR="00677E7E">
        <w:rPr>
          <w:sz w:val="20"/>
          <w:szCs w:val="20"/>
        </w:rPr>
        <w:tab/>
      </w:r>
      <w:r>
        <w:rPr>
          <w:sz w:val="20"/>
          <w:szCs w:val="20"/>
        </w:rPr>
        <w:t xml:space="preserve">    </w:t>
      </w:r>
      <w:r w:rsidR="00677E7E">
        <w:rPr>
          <w:sz w:val="20"/>
          <w:szCs w:val="20"/>
        </w:rPr>
        <w:t>____</w:t>
      </w:r>
      <w:r w:rsidR="00000000" w:rsidRPr="00F24A3A">
        <w:rPr>
          <w:sz w:val="20"/>
          <w:szCs w:val="20"/>
        </w:rPr>
        <w:t>___________________________</w:t>
      </w:r>
      <w:r>
        <w:rPr>
          <w:sz w:val="20"/>
          <w:szCs w:val="20"/>
        </w:rPr>
        <w:t>_______</w:t>
      </w:r>
      <w:r w:rsidR="00000000" w:rsidRPr="00F24A3A">
        <w:rPr>
          <w:sz w:val="20"/>
          <w:szCs w:val="20"/>
        </w:rPr>
        <w:br/>
        <w:t xml:space="preserve">Class: </w:t>
      </w:r>
      <w:r w:rsidR="00677E7E">
        <w:rPr>
          <w:sz w:val="20"/>
          <w:szCs w:val="20"/>
        </w:rPr>
        <w:tab/>
      </w:r>
      <w:r w:rsidR="00677E7E">
        <w:rPr>
          <w:sz w:val="20"/>
          <w:szCs w:val="20"/>
        </w:rPr>
        <w:tab/>
      </w:r>
      <w:r>
        <w:rPr>
          <w:sz w:val="20"/>
          <w:szCs w:val="20"/>
        </w:rPr>
        <w:t xml:space="preserve">    </w:t>
      </w:r>
      <w:r w:rsidR="00677E7E">
        <w:rPr>
          <w:sz w:val="20"/>
          <w:szCs w:val="20"/>
        </w:rPr>
        <w:t>____</w:t>
      </w:r>
      <w:r w:rsidR="00000000" w:rsidRPr="00F24A3A">
        <w:rPr>
          <w:sz w:val="20"/>
          <w:szCs w:val="20"/>
        </w:rPr>
        <w:t>___________________________</w:t>
      </w:r>
      <w:r>
        <w:rPr>
          <w:sz w:val="20"/>
          <w:szCs w:val="20"/>
        </w:rPr>
        <w:t>_______</w:t>
      </w:r>
      <w:r w:rsidR="00000000" w:rsidRPr="00F24A3A">
        <w:rPr>
          <w:sz w:val="20"/>
          <w:szCs w:val="20"/>
        </w:rPr>
        <w:br/>
      </w:r>
    </w:p>
    <w:p w14:paraId="0F03135B" w14:textId="27136F5C" w:rsidR="00655BF6" w:rsidRPr="00F24A3A" w:rsidRDefault="00000000" w:rsidP="00F24A3A">
      <w:pPr>
        <w:pStyle w:val="NoSpacing"/>
        <w:rPr>
          <w:sz w:val="20"/>
          <w:szCs w:val="20"/>
        </w:rPr>
      </w:pPr>
      <w:r w:rsidRPr="00F24A3A">
        <w:rPr>
          <w:b/>
          <w:sz w:val="20"/>
          <w:szCs w:val="20"/>
        </w:rPr>
        <w:t>I as Father/Guardian of Ms. _________________________________</w:t>
      </w:r>
      <w:r w:rsidR="00DE2D7A">
        <w:rPr>
          <w:b/>
          <w:sz w:val="20"/>
          <w:szCs w:val="20"/>
        </w:rPr>
        <w:t>________________________</w:t>
      </w:r>
      <w:r w:rsidRPr="00F24A3A">
        <w:rPr>
          <w:b/>
          <w:sz w:val="20"/>
          <w:szCs w:val="20"/>
        </w:rPr>
        <w:t>______ do hereby affirm that:</w:t>
      </w:r>
    </w:p>
    <w:p w14:paraId="040A4A20" w14:textId="1B02FED0" w:rsidR="00655BF6" w:rsidRPr="00F24A3A" w:rsidRDefault="00000000" w:rsidP="00DE2D7A">
      <w:pPr>
        <w:pStyle w:val="NoSpacing"/>
        <w:numPr>
          <w:ilvl w:val="0"/>
          <w:numId w:val="12"/>
        </w:numPr>
        <w:jc w:val="both"/>
        <w:rPr>
          <w:sz w:val="20"/>
          <w:szCs w:val="20"/>
        </w:rPr>
      </w:pPr>
      <w:r w:rsidRPr="00F24A3A">
        <w:rPr>
          <w:sz w:val="20"/>
          <w:szCs w:val="20"/>
        </w:rPr>
        <w:t>I shall be fully responsible for the wholesome conduct of my daughter during the tenure of the course of her studies and shall not claim any compensation on behalf of my daughter on account of unavoidable losses and shall also not challenge the removal/rustication of my daughter from the College on account of violation of any clause of the undertaking.</w:t>
      </w:r>
    </w:p>
    <w:p w14:paraId="19CA6CB8" w14:textId="6B610652" w:rsidR="00655BF6" w:rsidRPr="00F24A3A" w:rsidRDefault="00000000" w:rsidP="00DE2D7A">
      <w:pPr>
        <w:pStyle w:val="NoSpacing"/>
        <w:numPr>
          <w:ilvl w:val="0"/>
          <w:numId w:val="12"/>
        </w:numPr>
        <w:jc w:val="both"/>
        <w:rPr>
          <w:sz w:val="20"/>
          <w:szCs w:val="20"/>
        </w:rPr>
      </w:pPr>
      <w:r w:rsidRPr="00F24A3A">
        <w:rPr>
          <w:sz w:val="20"/>
          <w:szCs w:val="20"/>
        </w:rPr>
        <w:t xml:space="preserve">In case of admission of my daughter in the </w:t>
      </w:r>
      <w:r w:rsidR="00DE2D7A">
        <w:rPr>
          <w:sz w:val="20"/>
          <w:szCs w:val="20"/>
        </w:rPr>
        <w:t>evening shift</w:t>
      </w:r>
      <w:r w:rsidRPr="00F24A3A">
        <w:rPr>
          <w:sz w:val="20"/>
          <w:szCs w:val="20"/>
        </w:rPr>
        <w:t>, I will not claim the authorities to shift the students from evening to morning shift.</w:t>
      </w:r>
    </w:p>
    <w:p w14:paraId="05B98013" w14:textId="0CC31341" w:rsidR="00655BF6" w:rsidRPr="00F24A3A" w:rsidRDefault="00000000" w:rsidP="00535EEA">
      <w:pPr>
        <w:pStyle w:val="NoSpacing"/>
        <w:spacing w:line="360" w:lineRule="auto"/>
        <w:ind w:left="5760"/>
        <w:rPr>
          <w:sz w:val="20"/>
          <w:szCs w:val="20"/>
        </w:rPr>
      </w:pPr>
      <w:r w:rsidRPr="00F24A3A">
        <w:rPr>
          <w:sz w:val="20"/>
          <w:szCs w:val="20"/>
        </w:rPr>
        <w:t>Signature Father/Guardian: ___________________________</w:t>
      </w:r>
      <w:r w:rsidRPr="00F24A3A">
        <w:rPr>
          <w:sz w:val="20"/>
          <w:szCs w:val="20"/>
        </w:rPr>
        <w:br/>
        <w:t xml:space="preserve">CNIC No: </w:t>
      </w:r>
      <w:r w:rsidR="00DE2D7A">
        <w:rPr>
          <w:sz w:val="20"/>
          <w:szCs w:val="20"/>
        </w:rPr>
        <w:tab/>
        <w:t>_____________</w:t>
      </w:r>
      <w:r w:rsidRPr="00F24A3A">
        <w:rPr>
          <w:sz w:val="20"/>
          <w:szCs w:val="20"/>
        </w:rPr>
        <w:t>___________________________</w:t>
      </w:r>
      <w:r w:rsidRPr="00F24A3A">
        <w:rPr>
          <w:sz w:val="20"/>
          <w:szCs w:val="20"/>
        </w:rPr>
        <w:br/>
        <w:t xml:space="preserve">Contact No: </w:t>
      </w:r>
      <w:r w:rsidR="00DE2D7A">
        <w:rPr>
          <w:sz w:val="20"/>
          <w:szCs w:val="20"/>
        </w:rPr>
        <w:tab/>
        <w:t>_____________</w:t>
      </w:r>
      <w:r w:rsidRPr="00F24A3A">
        <w:rPr>
          <w:sz w:val="20"/>
          <w:szCs w:val="20"/>
        </w:rPr>
        <w:t>___________________________</w:t>
      </w:r>
      <w:r w:rsidRPr="00F24A3A">
        <w:rPr>
          <w:sz w:val="20"/>
          <w:szCs w:val="20"/>
        </w:rPr>
        <w:br/>
        <w:t xml:space="preserve">Dated: </w:t>
      </w:r>
      <w:r w:rsidR="00DE2D7A">
        <w:rPr>
          <w:sz w:val="20"/>
          <w:szCs w:val="20"/>
        </w:rPr>
        <w:tab/>
      </w:r>
      <w:r w:rsidR="00DE2D7A">
        <w:rPr>
          <w:sz w:val="20"/>
          <w:szCs w:val="20"/>
        </w:rPr>
        <w:tab/>
        <w:t>_____________</w:t>
      </w:r>
      <w:r w:rsidRPr="00F24A3A">
        <w:rPr>
          <w:sz w:val="20"/>
          <w:szCs w:val="20"/>
        </w:rPr>
        <w:t>___________________________</w:t>
      </w:r>
      <w:r w:rsidRPr="00F24A3A">
        <w:rPr>
          <w:sz w:val="20"/>
          <w:szCs w:val="20"/>
        </w:rPr>
        <w:br/>
      </w:r>
    </w:p>
    <w:sectPr w:rsidR="00655BF6" w:rsidRPr="00F24A3A" w:rsidSect="00F24A3A">
      <w:pgSz w:w="12240" w:h="15840"/>
      <w:pgMar w:top="432" w:right="1008" w:bottom="43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DDC1E64"/>
    <w:multiLevelType w:val="hybridMultilevel"/>
    <w:tmpl w:val="CC488A96"/>
    <w:lvl w:ilvl="0" w:tplc="9C141BF4">
      <w:start w:val="1"/>
      <w:numFmt w:val="upperRoman"/>
      <w:lvlText w:val="%1."/>
      <w:lvlJc w:val="right"/>
      <w:pPr>
        <w:ind w:left="360" w:hanging="360"/>
      </w:pPr>
      <w:rPr>
        <w:b/>
        <w:bCs/>
      </w:rPr>
    </w:lvl>
    <w:lvl w:ilvl="1" w:tplc="A6024876">
      <w:start w:val="1"/>
      <w:numFmt w:val="decimal"/>
      <w:lvlText w:val="%2."/>
      <w:lvlJc w:val="left"/>
      <w:pPr>
        <w:ind w:left="1080" w:hanging="360"/>
      </w:pPr>
      <w:rPr>
        <w:rFonts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DF05B92"/>
    <w:multiLevelType w:val="hybridMultilevel"/>
    <w:tmpl w:val="56BA9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4E59AC"/>
    <w:multiLevelType w:val="hybridMultilevel"/>
    <w:tmpl w:val="95D21438"/>
    <w:lvl w:ilvl="0" w:tplc="A036C8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8731893">
    <w:abstractNumId w:val="8"/>
  </w:num>
  <w:num w:numId="2" w16cid:durableId="1415323920">
    <w:abstractNumId w:val="6"/>
  </w:num>
  <w:num w:numId="3" w16cid:durableId="976564459">
    <w:abstractNumId w:val="5"/>
  </w:num>
  <w:num w:numId="4" w16cid:durableId="1421371056">
    <w:abstractNumId w:val="4"/>
  </w:num>
  <w:num w:numId="5" w16cid:durableId="1393652484">
    <w:abstractNumId w:val="7"/>
  </w:num>
  <w:num w:numId="6" w16cid:durableId="207256294">
    <w:abstractNumId w:val="3"/>
  </w:num>
  <w:num w:numId="7" w16cid:durableId="14498764">
    <w:abstractNumId w:val="2"/>
  </w:num>
  <w:num w:numId="8" w16cid:durableId="705646234">
    <w:abstractNumId w:val="1"/>
  </w:num>
  <w:num w:numId="9" w16cid:durableId="1969698352">
    <w:abstractNumId w:val="0"/>
  </w:num>
  <w:num w:numId="10" w16cid:durableId="1441145069">
    <w:abstractNumId w:val="10"/>
  </w:num>
  <w:num w:numId="11" w16cid:durableId="935288385">
    <w:abstractNumId w:val="9"/>
  </w:num>
  <w:num w:numId="12" w16cid:durableId="12548241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06C7B"/>
    <w:rsid w:val="0044112E"/>
    <w:rsid w:val="00480BDF"/>
    <w:rsid w:val="00535EEA"/>
    <w:rsid w:val="005B58CC"/>
    <w:rsid w:val="00655BF6"/>
    <w:rsid w:val="00677E7E"/>
    <w:rsid w:val="0078732C"/>
    <w:rsid w:val="0098483F"/>
    <w:rsid w:val="00AA1D8D"/>
    <w:rsid w:val="00B47730"/>
    <w:rsid w:val="00CB0664"/>
    <w:rsid w:val="00DE2D7A"/>
    <w:rsid w:val="00EC4B89"/>
    <w:rsid w:val="00F24A3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9D7493"/>
  <w14:defaultImageDpi w14:val="300"/>
  <w15:docId w15:val="{2A34DD15-2CAC-48A2-A434-1943A6E08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651</Words>
  <Characters>3715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yasirshahzad.uop</cp:lastModifiedBy>
  <cp:revision>2</cp:revision>
  <dcterms:created xsi:type="dcterms:W3CDTF">2026-08-21T13:18:00Z</dcterms:created>
  <dcterms:modified xsi:type="dcterms:W3CDTF">2026-08-21T13:18:00Z</dcterms:modified>
  <cp:category/>
</cp:coreProperties>
</file>